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חמישה כלים, להקה אחת</w:t>
      </w:r>
    </w:p>
    <w:p>
      <w:pPr>
        <w:bidi w:val="1"/>
        <w:spacing w:after="40" w:before="0"/>
      </w:pPr>
      <w:r>
        <w:rPr>
          <w:rFonts w:ascii="Arial" w:hAnsi="Arial" w:cs="Arial"/>
          <w:b w:val="0"/>
          <w:color w:val="5D5675"/>
          <w:sz w:val="18"/>
          <w:rtl w:val="1"/>
          <w:szCs w:val="18"/>
        </w:rPr>
        <w:t>כיתה ח׳ · סיפור קצר · 326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חמישה כלים, להקה אחת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יובל זרק את המקלות ויצא; ארז המשיך לנגן את הסולו שלו; שירה ישבה בפינה וקיפלה את דף המילים.  [מילים להדגשה: מה עשה, פסקה א, שלושה]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שהיא לא רוצה לשיר כי היא מפחדת שכולם יצחקו עליה, ושבכל ריב היא חושבת שזה בגללה.  [מילים להדגשה: מה גילתה]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בימי החזרות היא אוספת את אחיה הקטן מהגן, כי אימא שלה עובדת עד מאוחר.  [מילים להדגשה: למה]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מבטא את הלחץ והפחד שלה: היא מכווצת את הדף כמו שהיא מרגישה שהיא עצמה מתכווצת ורוצה להיעלם; זה רמז לרגש שהיא עדיין לא אמרה במילים.  [מילים להדגשה: מה מבטא]</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שנוי פחדה שלא יאמינו לה ושישפטו אותה; חוסר האמון והכעס בלהקה גרמו לה להסתיר את הסיבה האמיתית – וכך הבעיה החמירה.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בהתחלה חשב שהעיקר הוא כישרון אישי, ולכן ניגן סולו בלי להתחשב; בסוף הבין שהצלחה של קבוצה תלויה בהקשבה – גם למוזיקה וגם לאנשים ולמה שהם מרגישים.  [מילים להדגשה: הסבירו, מה השתנה]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הפגישה במעגל; הסוד של נוי והפחד של שירה; השינויים שעשו).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20: חמישה כלים, להקה אחת</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מי שניגן פעם בהרכב, שיחק בקבוצה או עבד על פרויקט משותף, יודע שלעבוד יחד זה לא פשוט. הסיפור שלפניכם מסופר מפי עדי, הקלידנית של להקת בית הספר. קראו, ושימו לב איך כל דמות משתנה.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חמישה כלים, להקה אחת</w:t>
            </w:r>
          </w:p>
          <w:p>
            <w:pPr>
              <w:bidi w:val="1"/>
            </w:pPr>
            <w:r>
              <w:rPr>
                <w:rFonts w:ascii="Arial" w:hAnsi="Arial" w:cs="Arial"/>
                <w:b/>
                <w:color w:val="5D5675"/>
                <w:sz w:val="20"/>
                <w:rtl w:val="1"/>
                <w:szCs w:val="20"/>
                <w:bCs/>
              </w:rPr>
              <w:t>בלהקה הבית ספרית יש מתופפת שתמיד מאחרת, גיטריסט שרוצה לנגן רק סולו, וזמרת שמפחדת מהקהל. שבוע לפני ההופעה, הכול מתפרק.</w:t>
            </w:r>
          </w:p>
          <w:p>
            <w:pPr>
              <w:bidi w:val="1"/>
            </w:pPr>
            <w:r>
              <w:rPr>
                <w:rFonts w:ascii="Arial" w:hAnsi="Arial" w:cs="Arial"/>
                <w:b/>
                <w:color w:val="7A5BD6"/>
                <w:sz w:val="20"/>
                <w:rtl w:val="1"/>
                <w:szCs w:val="20"/>
                <w:bCs/>
              </w:rPr>
              <w:t xml:space="preserve">א.  </w:t>
            </w:r>
            <w:r>
              <w:rPr>
                <w:rFonts w:ascii="Arial" w:hAnsi="Arial" w:cs="Arial"/>
                <w:b w:val="0"/>
                <w:sz w:val="20"/>
                <w:rtl w:val="1"/>
                <w:szCs w:val="20"/>
              </w:rPr>
              <w:t>שבוע לפני מסיבת סוף השנה, בחזרה הרביעית ברציפות, יובל זרק את המקלות על התוף ויצא מהחדר. "אם נוי שוב תאחר, אני לא מנגן," הוא אמר. ארז המשיך לפרוט על הגיטרה את הסולו שלו, כאילו כלום לא קרה. ושירה, הזמרת, ישבה בפינה וקיפלה את דף המילים לריבועים קטנים יותר ויותר.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מנגנת בקלידים, ולכן אני תמיד באמצע, גם על הבמה וגם בריבים. באותו ערב הבנתי שאם לא נעשה משהו, לא תהיה הופעה. קבענו פגישה, בלי כלים. רק חמישה כיסאות במעגל ושקית ביסלי.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בהתחלה כולם האשימו את כולם. יובל אמר שנוי לא רצינית. נוי אמרה שיובל צועק. ארז אמר שאנחנו מנגנים "משעמם", ולכן הוא חייב להוסיף סולו. ואז, כשכבר חשבתי שהכול אבוד, שירה דיברה בפעם הראשונה. "אני לא רוצה לשיר," היא אמרה בשקט. "אני מפחדת שכולם יצחקו עליי. בכל פעם שאתם רבים, אני חושבת שזה בגללי."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השתררה שתיקה. אף אחד לא ידע ששירה מרגישה כך. נוי הסתכלה על הרצפה, ואז סיפרה למה היא מאחרת: בימים של החזרות היא אוספת את אחיה הקטן מהגן, כי אימא שלה עובדת עד מאוחר. היא התביישה לספר. יובל, שכעס כל השבוע, פתאום נראה מבולבל. "למה לא אמרת?" הוא שאל. "כי חשבתי שתגיד שזה תירוץ," היא ענתה.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באותו ערב שינינו כמה דברים. הזזנו את החזרות בחצי שעה, כדי שנוי תוכל להגיע. ארז הסכים לנגן את הסולו רק פעם אחת, בסוף השיר, "כמו קינוח". והחלטנו שבשיר הראשון כולנו נשיר יחד עם שירה בפזמון, כדי שהיא לא תעמוד לבד מול הקהל.</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ההופעה לא הייתה מושלמת. יובל איבד את הקצב באמצע השיר השני, ולי נפל הדף מהקלידים. אבל כששירה שרה את הבית האחרון לבד, בלי שאנחנו מצטרפים, ראיתי שהיא סוגרת את העיניים, כמו שהיא עושה רק כשהיא שוכחת לפחד. הקהל עמד.</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אחרי ההופעה ישבנו שוב במעגל, הפעם עם גלידה. ארז אמר משהו שאני זוכרת עד היום: "חשבתי שלהקה זה חמישה אנשים שמנגנים טוב. מתברר שלהקה זה חמישה אנשים שמקשיבים טוב." ואני חשבתי שזה נכון לא רק למוזיקה.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עשה כל אחד מחברי הלהקה בסוף החזרה הרביעית, לפי פסקה א? ציינו שלושה.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גילתה שירה לחברי הלהקה בפגישה?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נוי איחרה לחזרות?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מבטא המעשה של שירה, שקיפלה את דף המילים "לריבועים קטנים יותר ויותר"?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מתשובתה של נוי: "כי חשבתי שתגיד שזה תירוץ"?</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דברי ארז: "להקה זה חמישה אנשים שמקשיבים טוב". מה השתנה בהבנה שלו מתחילת הסיפור?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שבקבוצה – להקה, נבחרת או צוות עבודה – כל אחד צריך להשאיר את הבעיות האישיות שלו בבית, ולהתמקד במשימה. אחרים טוענים שאי אפשר לעבוד יחד באמת בלי לדעת מה עובר על כל אחד.</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20 · חמישה כלים, להקה אחת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20 · חמישה כלים, להקה אחת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