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חמישה כלים, להקה אחת</w:t>
      </w:r>
    </w:p>
    <w:p>
      <w:pPr>
        <w:bidi w:val="1"/>
        <w:spacing w:after="40" w:before="0"/>
      </w:pPr>
      <w:r>
        <w:rPr>
          <w:rFonts w:ascii="Arial" w:hAnsi="Arial" w:cs="Arial"/>
          <w:b w:val="0"/>
          <w:color w:val="5D5675"/>
          <w:sz w:val="18"/>
          <w:rtl w:val="1"/>
          <w:szCs w:val="18"/>
        </w:rPr>
        <w:t>כיתה ח׳ · סיפור קצר · 326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חמישה כלים, להקה אחת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יובל זרק את המקלות ויצא; ארז המשיך לנגן את הסולו שלו; שירה ישבה בפינה וקיפלה את דף המילים.  [מילים להדגשה: מה עשה, פסקה א, שלושה]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ממה פחדה שירה? ✔ ב. שכולם יצחקו עליה  |  תשובה מלאה: שהיא לא רוצה לשיר כי היא מפחדת שכולם יצחקו עליה, ושבכל ריב היא חושבת שזה בגללה.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למה נוי איחרה? ✔ ב. כי אספה את אחיה הקטן מהגן  |  תשובה מלאה: בימי החזרות היא אוספת את אחיה הקטן מהגן, כי אימא שלה עובדת עד מאוחר.</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מבטא את הלחץ והפחד שלה: היא מכווצת את הדף כמו שהיא מרגישה שהיא עצמה מתכווצת ורוצה להיעלם; זה רמז לרגש שהיא עדיין לא אמרה במילים.  [מילים להדגשה: מה מבטא]</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שנוי פחדה שלא יאמינו לה ושישפטו אותה; חוסר האמון והכעס בלהקה גרמו לה להסתיר את הסיבה האמיתית – וכך הבעיה החמירה.  [מילים להדגשה: מה ניתן להסיק]</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בהתחלה חשב שהעיקר הוא כישרון אישי, ולכן ניגן סולו בלי להתחשב; בסוף הבין שהצלחה של קבוצה תלויה בהקשבה – גם למוזיקה וגם לאנשים ולמה שהם מרגישים.  [מילים להדגשה: הסבירו, מה השתנה]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הפגישה במעגל; הסוד של נוי והפחד של שירה; השינויים שעשו).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20: חמישה כלים, להקה אחת</w:t>
      </w:r>
    </w:p>
    <w:p>
      <w:pPr>
        <w:bidi w:val="1"/>
        <w:spacing w:after="40" w:before="0"/>
      </w:pPr>
      <w:r>
        <w:rPr>
          <w:rFonts w:ascii="Arial" w:hAnsi="Arial" w:cs="Arial"/>
          <w:b w:val="0"/>
          <w:color w:val="5D5675"/>
          <w:sz w:val="18"/>
          <w:rtl w:val="1"/>
          <w:szCs w:val="18"/>
        </w:rPr>
        <w:t>כיתה ח׳ · סיפור קצר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חזרה – אימון לפני הופעה · לפרוט – לנגן על מיתרים באצבעות · קלידים – כלי נגינה עם מקשים, כמו פסנתר · להאשים – להגיד שמישהו אחר אשם · תירוץ – סיבה שאומרים כדי להצדיק, לפעמים לא אמיתית · פזמון – החלק בשיר שחוזר כמה פעמים</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מי שניגן פעם בהרכב, שיחק בקבוצה או עבד על פרויקט משותף, יודע שלעבוד יחד זה לא פשוט. הסיפור שלפניכם מסופר מפי עדי, הקלידנית של להקת בית הספר. קראו, ושימו לב איך כל דמות משתנה.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חמישה כלים, להקה אחת</w:t>
            </w:r>
          </w:p>
          <w:p>
            <w:pPr>
              <w:bidi w:val="1"/>
            </w:pPr>
            <w:r>
              <w:rPr>
                <w:rFonts w:ascii="Arial" w:hAnsi="Arial" w:cs="Arial"/>
                <w:b/>
                <w:color w:val="5D5675"/>
                <w:sz w:val="20"/>
                <w:rtl w:val="1"/>
                <w:szCs w:val="20"/>
                <w:bCs/>
              </w:rPr>
              <w:t>בלהקה הבית ספרית יש מתופפת שתמיד מאחרת, גיטריסט שרוצה לנגן רק סולו, וזמרת שמפחדת מהקהל. שבוע לפני ההופעה, הכול מתפרק.</w:t>
            </w:r>
          </w:p>
          <w:p>
            <w:pPr>
              <w:bidi w:val="1"/>
            </w:pPr>
            <w:r>
              <w:rPr>
                <w:rFonts w:ascii="Arial" w:hAnsi="Arial" w:cs="Arial"/>
                <w:b/>
                <w:color w:val="7A5BD6"/>
                <w:sz w:val="20"/>
                <w:rtl w:val="1"/>
                <w:szCs w:val="20"/>
                <w:bCs/>
              </w:rPr>
              <w:t xml:space="preserve">א.  </w:t>
            </w:r>
            <w:r>
              <w:rPr>
                <w:rFonts w:ascii="Arial" w:hAnsi="Arial" w:cs="Arial"/>
                <w:b w:val="0"/>
                <w:sz w:val="20"/>
                <w:rtl w:val="1"/>
                <w:szCs w:val="20"/>
              </w:rPr>
              <w:t>שבוע לפני מסיבת סוף השנה, בחזרה הרביעית ברציפות, יובל זרק את המקלות על התוף ויצא מהחדר. "אם נוי שוב תאחר, אני לא מנגן," הוא אמר. ארז המשיך לפרוט על הגיטרה את הסולו שלו, כאילו כלום לא קרה. ושירה, הזמרת, ישבה בפינה וקיפלה את דף המילים לריבועים קטנים יותר ויותר.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אני מנגנת בקלידים, ולכן אני תמיד באמצע, גם על הבמה וגם בריבים. באותו ערב הבנתי שאם לא נעשה משהו, לא תהיה הופעה. קבענו פגישה, בלי כלים. רק חמישה כיסאות במעגל ושקית ביסלי.</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בהתחלה כולם האשימו את כולם. יובל אמר שנוי לא רצינית. נוי אמרה שיובל צועק. ארז אמר שאנחנו מנגנים "משעמם", ולכן הוא חייב להוסיף סולו. ואז, כשכבר חשבתי שהכול אבוד, שירה דיברה בפעם הראשונה. "אני לא רוצה לשיר," היא אמרה בשקט. "אני מפחדת שכולם יצחקו עליי. בכל פעם שאתם רבים, אני חושבת שזה בגללי."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השתררה שתיקה. אף אחד לא ידע ששירה מרגישה כך. נוי הסתכלה על הרצפה, ואז סיפרה למה היא מאחרת: בימים של החזרות היא אוספת את אחיה הקטן מהגן, כי אימא שלה עובדת עד מאוחר. היא התביישה לספר. יובל, שכעס כל השבוע, פתאום נראה מבולבל. "למה לא אמרת?" הוא שאל. "כי חשבתי שתגיד שזה תירוץ," היא ענתה.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באותו ערב שינינו כמה דברים. הזזנו את החזרות בחצי שעה, כדי שנוי תוכל להגיע. ארז הסכים לנגן את הסולו רק פעם אחת, בסוף השיר, "כמו קינוח". והחלטנו שבשיר הראשון כולנו נשיר יחד עם שירה בפזמון, כדי שהיא לא תעמוד לבד מול הקהל.</w:t>
            </w:r>
          </w:p>
          <w:p>
            <w:pPr>
              <w:bidi w:val="1"/>
            </w:pPr>
            <w:r>
              <w:rPr>
                <w:rFonts w:ascii="Arial" w:hAnsi="Arial" w:cs="Arial"/>
                <w:b/>
                <w:color w:val="7A5BD6"/>
                <w:sz w:val="20"/>
                <w:rtl w:val="1"/>
                <w:szCs w:val="20"/>
                <w:bCs/>
              </w:rPr>
              <w:t xml:space="preserve">ו.  </w:t>
            </w:r>
            <w:r>
              <w:rPr>
                <w:rFonts w:ascii="Arial" w:hAnsi="Arial" w:cs="Arial"/>
                <w:b w:val="0"/>
                <w:sz w:val="20"/>
                <w:rtl w:val="1"/>
                <w:szCs w:val="20"/>
              </w:rPr>
              <w:t>ההופעה לא הייתה מושלמת. יובל איבד את הקצב באמצע השיר השני, ולי נפל הדף מהקלידים. אבל כששירה שרה את הבית האחרון לבד, בלי שאנחנו מצטרפים, ראיתי שהיא סוגרת את העיניים, כמו שהיא עושה רק כשהיא שוכחת לפחד. הקהל עמד.</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אחרי ההופעה ישבנו שוב במעגל, הפעם עם גלידה. ארז אמר משהו שאני זוכרת עד היום: "חשבתי שלהקה זה חמישה אנשים שמנגנים טוב. מתברר שלהקה זה חמישה אנשים שמקשיבים טוב." ואני חשבתי שזה נכון לא רק למוזיקה.</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עשה כל אחד מחברי הלהקה בסוף החזרה הרביעית, לפי פסקה א? ציינו שלושה.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ממה פחדה שירה?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מהתופים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שכולם יצחקו עליה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מהמורה למוזיקה</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למה נוי איחרה?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 לא רצתה לנגן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כי אספה את אחיה הקטן מהגן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כי שכחה</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מבטא המעשה של שירה, שקיפלה את דף המילים "לריבועים קטנים יותר ויותר"?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הקיפול מראה ששירה מרגישה… 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מתשובתה של נוי: "כי חשבתי שתגיד שזה תירוץ"?</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נוי לא סיפרה כי…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דברי ארז: "להקה זה חמישה אנשים שמקשיבים טוב". מה השתנה בהבנה שלו מתחילת הסיפור?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שבקבוצה – להקה, נבחרת או צוות עבודה – כל אחד צריך להשאיר את הבעיות האישיות שלו בבית, ולהתמקד במשימה. אחרים טוענים שאי אפשר לעבוד יחד באמת בלי לדעת מה עובר על כל אחד.</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הסיפור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20 · חמישה כלים, להקה אחת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20 · חמישה כלים, להקה אחת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