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גור, נער והזדמנות שנייה</w:t>
      </w:r>
    </w:p>
    <w:p>
      <w:pPr>
        <w:bidi w:val="1"/>
        <w:spacing w:after="40" w:before="0"/>
      </w:pPr>
      <w:r>
        <w:rPr>
          <w:rFonts w:ascii="Arial" w:hAnsi="Arial" w:cs="Arial"/>
          <w:b w:val="0"/>
          <w:color w:val="5D5675"/>
          <w:sz w:val="18"/>
          <w:rtl w:val="1"/>
          <w:szCs w:val="18"/>
        </w:rPr>
        <w:t>כיתה ח׳ · כתבה · 361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גור, נער והזדמנות שנייה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שלושה מאלה: מאכילים; מנקים; מטיילים; ובעיקר מאלפים.  [מילים להדגשה: מה עושים, שלושה]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להיות סבלני, עקבי ורגוע; לא לצעוק ולא לוותר אחרי יום רע.  [מילים להדגשה: מה צריך]</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משפחות מגיעות לחווה, הנערים מציגים את הכלבים שאילפו ומסבירים למשפחה המאמצת את האופי של הכלב ואת צרכיו.  [מילים להדגשה: מה קורה]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שהתחושה שמישהו תלוי בה ומחכה לה נותנת לה אחריות ומשמעות; אחרי שהרגישה שכולם התייאשו ממנה, מישהו צריך אותה, וזה גורם לה להגיע ולהתמיד.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הכלב לא פותר את הבעיות בעצמו, אבל הוא פותח אפשרות – פתח לשינוי; את העבודה עצמה עושים הנערים עם הצוות והמשפחות, והכלב עוזר להם להאמין ביכולת שלהם.  [מילים להדגשה: הסבירו, הדימוי]</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הכותרת שואלת אם הנערים מצילים את הכלבים או להפך; רותם עונה בסוף ש"אולי גם היא לימדה אותי" – כלומר ההצלה הדדית: הנערים מלמדים את הכלבים לבטוח, והכלבים עוזרים לנערים לחזור לעצמם.  [מילים להדגשה: מה הקשר]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רותם חזרה ללמוד; המחקרים על הפחתת מתח; "הכלב הוא לא קסם").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19: גור, נער והזדמנות שנייה</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יש בני נוער שהלימודים, החברים או המצב בבית קשים להם במיוחד, והם מרגישים שאיש לא מאמין בהם. הכתבה שלפניכם מספרת על תוכנית שבה נערים ונערות כאלה מטפלים בכלבים נטושים. קראו, ושימו לב מה משתנה אצל המשתתפים.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גור, נער והזדמנות שנייה</w:t>
            </w:r>
          </w:p>
          <w:p>
            <w:pPr>
              <w:bidi w:val="1"/>
            </w:pPr>
            <w:r>
              <w:rPr>
                <w:rFonts w:ascii="Arial" w:hAnsi="Arial" w:cs="Arial"/>
                <w:b/>
                <w:color w:val="5D5675"/>
                <w:sz w:val="20"/>
                <w:rtl w:val="1"/>
                <w:szCs w:val="20"/>
                <w:bCs/>
              </w:rPr>
              <w:t>בחווה קטנה בקצה העיר, בני נוער שהתקשו להתמיד במסגרות לומדים לגדל ולאלף כלבים שננטשו. מי מציל את מי?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בחווה הקטנה, בין עצי אקליפטוס, נשמעות נביחות כבר מהשער. בתוך מכלאה רחבה, נערה בת 15 בשם רותם כורעת ליד כלבה רזה עם אוזן אחת עקומה. "היא נקראת לונה," היא מציגה. "כשהגיעה לפה, היא לא נתנה לאף אחד לגעת בה. עכשיו תראו." רותם מושיטה יד, ולונה מניחה עליה את הראש.</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התוכנית פועלת כבר כמה שנים, בשיתוף בין עמותה לבעלי חיים לבין מרכז לנוער. משתתפים בה נערים ונערות שנשרו מבית הספר או שנמצאים בסיכון לנשירה. הם מגיעים לחווה שלוש פעמים בשבוע, וכל אחד מקבל כלב אחד מהמכלאה, שהוא אחראי עליו לאורך כל התוכנית: להאכיל, לנקות, לטייל, ובעיקר – לאלף.</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"הכלבים האלה ננטשו," מסביר מאיר, המדריך הראשי. "רובם עברו התעללות או הזנחה, והם לא סומכים על בני אדם. כדי שכלב כזה ייתן בך אמון, אתה צריך להיות סבלני, עקבי ורגוע. אי אפשר לצעוק עליו, ואי אפשר לוותר עליו אחרי יום רע." הוא מחייך: "ומתברר שמי שלומד לבנות אמון אצל כלב, לומד גם משהו על עצמו."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רותם הגיעה לתוכנית אחרי שנה שבה כמעט לא הגיעה לבית הספר. "הרגשתי שכולם התייאשו ממני, אז גם אני התייאשתי," היא אומרת. "פה, אם אני לא מגיעה, לונה לא יוצאת לטיול. מישהו מחכה לי." בחודשים האחרונים היא חזרה ללמוד בבית ספר שמותאם לה, ומגיעה לחווה אחרי הלימודים.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חוקרים מכנים את השיטה "טיפול בסיוע בעלי חיים". לפי מחקרים, עבודה עם בעלי חיים יכולה להפחית מתח, לשפר את היכולת לשלוט ברגשות ולחזק את תחושת האחריות. אבל מאיר מזהיר מהגזמה: "הכלב הוא לא קסם. הוא דלת. את העבודה עושים הנערים, עם הצוות, עם המשפחות. הכלב רק עוזר להם להאמין שהם מסוגלים."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בסוף כל מחזור של התוכנית מתקיים "יום אימוץ": משפחות מגיעות לחווה, והנערים מציגים את הכלבים שאילפו – איך הם הולכים ברצועה, יושבים, ממתינים. כל נער ונערה מסבירים למשפחה המאמצת את האופי של הכלב ואת מה שהוא צריך. "זה הרגע הכי קשה והכי יפה," אומר מאיר. "הם נפרדים ממשהו שהם אוהבים, ויודעים שהכינו אותו לחיים טובים."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רותם יודעת שגם לונה תאומץ ביום מן הימים. "אני אבכה, ברור," היא אומרת. "אבל אני אדע שהיא יכולה לסמוך על בני אדם עכשיו. ואני אדע שאני זאת שלימדה אותה." היא שותקת רגע, ומוסיפה בשקט: "ואולי גם היא לימדה אותי."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עושים המשתתפים בתוכנית עם הכלב שהם אחראים עליו? ציינו שלושה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לפי מאיר, צריך כדי שכלב שננטש ייתן אמון?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קורה ב"יום האימוץ"?</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רותם "מישהו מחכה לי" על הסיבה שהתוכנית עוזרת לה?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מאיר אומר: "הכלב הוא לא קסם. הוא דלת." הסבירו את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הקשר בין כותרת הכתבה, "מי מציל את מי?", לבין המשפט האחרון של רותם?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שתוכניות כאלה צריכות להיות חלק קבוע בכל בית ספר, כי עבודה עם בעלי חיים עוזרת לתלמידים רבים. אחרים טוענים שעדיף להשקיע בתמיכה לימודית ורגשית ישירה, ושהטיפול בבעלי חיים מתאים רק למעטים.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19 · גור, נער והזדמנות שנייה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19 · גור, נער והזדמנות שנייה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