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4"/>
          <w:rtl w:val="1"/>
          <w:szCs w:val="44"/>
          <w:bCs/>
        </w:rPr>
        <w:t>מהדורה למורה – גור, נער והזדמנות שנייה</w:t>
      </w:r>
    </w:p>
    <w:p>
      <w:pPr>
        <w:bidi w:val="1"/>
        <w:spacing w:after="40" w:before="0"/>
      </w:pPr>
      <w:r>
        <w:rPr>
          <w:rFonts w:ascii="Arial" w:hAnsi="Arial" w:cs="Arial"/>
          <w:b w:val="0"/>
          <w:color w:val="5D5675"/>
          <w:sz w:val="23"/>
          <w:rtl w:val="1"/>
          <w:szCs w:val="23"/>
        </w:rPr>
        <w:t>כיתה ח׳ · כתבה · 361 מילים · גרסה: חנ״מ · מפתח תשובות בעמוד זה, דפי התלמידים מהעמוד הבא</w:t>
      </w:r>
    </w:p>
    <w:p>
      <w:pPr>
        <w:bidi w:val="1"/>
        <w:spacing w:after="40" w:before="0"/>
      </w:pPr>
      <w:r>
        <w:rPr>
          <w:rFonts w:ascii="Arial" w:hAnsi="Arial" w:cs="Arial"/>
          <w:b w:val="0"/>
          <w:color w:val="5D5675"/>
          <w:sz w:val="24"/>
          <w:rtl w:val="1"/>
          <w:szCs w:val="24"/>
        </w:rPr>
        <w:t>מבנה הדף: טקסט עם פסקאות ממוספרות ← חלק א׳ איתור (רמה א׳) ← חלק ב׳ הסקה, השוואה ומונח (רמה ב׳) ← חלק ג׳ טיעון והבעת עמדה (רמה ג׳) ← כרטיס יציאה. בחנ״מ: פסקאות נבחרות, 2 שאלות סגורות, שאלות עם פתיח, מחסן מילים ואותיות גדולות.</w:t>
      </w:r>
    </w:p>
    <w:p>
      <w:pPr>
        <w:bidi w:val="1"/>
        <w:spacing w:after="40" w:before="0"/>
      </w:pPr>
      <w:r>
        <w:rPr>
          <w:rFonts w:ascii="Arial" w:hAnsi="Arial" w:cs="Arial"/>
          <w:b/>
          <w:color w:val="6B4FC4"/>
          <w:sz w:val="27"/>
          <w:rtl w:val="1"/>
          <w:szCs w:val="27"/>
          <w:bCs/>
        </w:rPr>
        <w:t>🔑 גור, נער והזדמנות שנייה – כתבה</w:t>
      </w:r>
    </w:p>
    <w:p>
      <w:pPr>
        <w:bidi w:val="1"/>
        <w:spacing w:after="40" w:before="0"/>
      </w:pPr>
      <w:r>
        <w:rPr>
          <w:rFonts w:ascii="Arial" w:hAnsi="Arial" w:cs="Arial"/>
          <w:b/>
          <w:color w:val="C2417A"/>
          <w:sz w:val="22"/>
          <w:rtl w:val="1"/>
          <w:szCs w:val="22"/>
          <w:bCs/>
        </w:rPr>
        <w:t xml:space="preserve">1 (א׳) · </w:t>
      </w:r>
      <w:r>
        <w:rPr>
          <w:rFonts w:ascii="Arial" w:hAnsi="Arial" w:cs="Arial"/>
          <w:b w:val="0"/>
          <w:sz w:val="22"/>
          <w:rtl w:val="1"/>
          <w:szCs w:val="22"/>
        </w:rPr>
        <w:t>מה מהבאים הוא אחד התפקידים של המשתתפים? ✔ ב. לאלף את הכלב</w:t>
      </w:r>
    </w:p>
    <w:p>
      <w:pPr>
        <w:bidi w:val="1"/>
        <w:spacing w:after="40" w:before="0"/>
      </w:pPr>
      <w:r>
        <w:rPr>
          <w:rFonts w:ascii="Arial" w:hAnsi="Arial" w:cs="Arial"/>
          <w:b/>
          <w:color w:val="C2417A"/>
          <w:sz w:val="22"/>
          <w:rtl w:val="1"/>
          <w:szCs w:val="22"/>
          <w:bCs/>
        </w:rPr>
        <w:t xml:space="preserve">2 (א׳) · </w:t>
      </w:r>
      <w:r>
        <w:rPr>
          <w:rFonts w:ascii="Arial" w:hAnsi="Arial" w:cs="Arial"/>
          <w:b w:val="0"/>
          <w:sz w:val="22"/>
          <w:rtl w:val="1"/>
          <w:szCs w:val="22"/>
        </w:rPr>
        <w:t>מה צריך כדי שכלב נטוש ייתן אמון, לפי מאיר? ✔ ב. סבלנות, עקביות ורוגע</w:t>
      </w:r>
    </w:p>
    <w:p>
      <w:pPr>
        <w:bidi w:val="1"/>
        <w:spacing w:after="40" w:before="0"/>
      </w:pPr>
      <w:r>
        <w:rPr>
          <w:rFonts w:ascii="Arial" w:hAnsi="Arial" w:cs="Arial"/>
          <w:b/>
          <w:color w:val="C2417A"/>
          <w:sz w:val="22"/>
          <w:rtl w:val="1"/>
          <w:szCs w:val="22"/>
          <w:bCs/>
        </w:rPr>
        <w:t xml:space="preserve">3 (ב׳) · </w:t>
      </w:r>
      <w:r>
        <w:rPr>
          <w:rFonts w:ascii="Arial" w:hAnsi="Arial" w:cs="Arial"/>
          <w:b w:val="0"/>
          <w:sz w:val="22"/>
          <w:rtl w:val="1"/>
          <w:szCs w:val="22"/>
        </w:rPr>
        <w:t>שהתחושה שמישהו תלוי בה ומחכה לה נותנת לה אחריות ומשמעות; אחרי שהרגישה שכולם התייאשו ממנה, מישהו צריך אותה, וזה גורם לה להגיע ולהתמיד.</w:t>
      </w:r>
    </w:p>
    <w:p>
      <w:pPr>
        <w:bidi w:val="1"/>
        <w:spacing w:after="40" w:before="0"/>
      </w:pPr>
      <w:r>
        <w:rPr>
          <w:rFonts w:ascii="Arial" w:hAnsi="Arial" w:cs="Arial"/>
          <w:b/>
          <w:color w:val="C2417A"/>
          <w:sz w:val="22"/>
          <w:rtl w:val="1"/>
          <w:szCs w:val="22"/>
          <w:bCs/>
        </w:rPr>
        <w:t xml:space="preserve">4 (ב׳) · </w:t>
      </w:r>
      <w:r>
        <w:rPr>
          <w:rFonts w:ascii="Arial" w:hAnsi="Arial" w:cs="Arial"/>
          <w:b w:val="0"/>
          <w:sz w:val="22"/>
          <w:rtl w:val="1"/>
          <w:szCs w:val="22"/>
        </w:rPr>
        <w:t>הכלב לא פותר את הבעיות בעצמו, אבל הוא פותח אפשרות – פתח לשינוי; את העבודה עצמה עושים הנערים עם הצוות והמשפחות, והכלב עוזר להם להאמין ביכולת שלהם.</w:t>
      </w:r>
    </w:p>
    <w:p>
      <w:pPr>
        <w:bidi w:val="1"/>
        <w:spacing w:after="40" w:before="0"/>
      </w:pPr>
      <w:r>
        <w:rPr>
          <w:rFonts w:ascii="Arial" w:hAnsi="Arial" w:cs="Arial"/>
          <w:b/>
          <w:color w:val="C2417A"/>
          <w:sz w:val="22"/>
          <w:rtl w:val="1"/>
          <w:szCs w:val="22"/>
          <w:bCs/>
        </w:rPr>
        <w:t xml:space="preserve">5 (ג׳) · </w:t>
      </w:r>
      <w:r>
        <w:rPr>
          <w:rFonts w:ascii="Arial" w:hAnsi="Arial" w:cs="Arial"/>
          <w:b w:val="0"/>
          <w:sz w:val="22"/>
          <w:rtl w:val="1"/>
          <w:szCs w:val="22"/>
        </w:rPr>
        <w:t>תשובה אישית: עמדה ברורה + נימוק + פרט (למשל: רותם חזרה ללמוד; המחקרים על הפחתת מתח; "הכלב הוא לא קסם").</w:t>
      </w:r>
    </w:p>
    <w:p>
      <w:pPr>
        <w:bidi w:val="1"/>
        <w:spacing w:after="40" w:before="0"/>
      </w:pPr>
      <w:r>
        <w:rPr>
          <w:rFonts w:ascii="Arial" w:hAnsi="Arial" w:cs="Arial"/>
          <w:b w:val="0"/>
          <w:color w:val="5D5675"/>
          <w:sz w:val="24"/>
          <w:rtl w:val="1"/>
          <w:szCs w:val="24"/>
        </w:rPr>
        <w:t>💡 לדיון בכיתה: בקשו מהתלמידים לנמק בעל פה את סימון "איך הגעתם לתשובה" בשאלה אחת מכל חלק.</w:t>
      </w:r>
    </w:p>
    <w:p>
      <w:r>
        <w:br w:type="page"/>
      </w:r>
    </w:p>
    <w:p>
      <w:pPr>
        <w:pStyle w:val="Heading1"/>
        <w:bidi w:val="1"/>
      </w:pPr>
      <w:r>
        <w:rPr>
          <w:rFonts w:ascii="Arial" w:hAnsi="Arial" w:cs="Arial"/>
          <w:b/>
          <w:color w:val="C2417A"/>
          <w:sz w:val="44"/>
          <w:rtl w:val="1"/>
          <w:szCs w:val="44"/>
          <w:bCs/>
        </w:rPr>
        <w:t>טקסט 19: גור, נער והזדמנות שנייה</w:t>
      </w:r>
    </w:p>
    <w:p>
      <w:pPr>
        <w:bidi w:val="1"/>
        <w:spacing w:after="40" w:before="0"/>
      </w:pPr>
      <w:r>
        <w:rPr>
          <w:rFonts w:ascii="Arial" w:hAnsi="Arial" w:cs="Arial"/>
          <w:b w:val="0"/>
          <w:color w:val="5D5675"/>
          <w:sz w:val="23"/>
          <w:rtl w:val="1"/>
          <w:szCs w:val="23"/>
        </w:rPr>
        <w:t>כיתה ח׳ · כתבה · גרסה מותאמת</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7"/>
                <w:rtl w:val="1"/>
                <w:szCs w:val="27"/>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 לפני הקריאה: יש בני נוער שהלימודים, החברים או המצב בבית קשים להם במיוחד, והם מרגישים שאיש לא מאמין בהם. הכתבה שלפניכם מספרת על תוכנית שבה נערים ונערות כאלה מטפלים בכלבים נטושים. קראו, ושימו לב מה משתנה אצל המשתתפים.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6"/>
                <w:rtl w:val="1"/>
                <w:szCs w:val="26"/>
                <w:bCs/>
              </w:rPr>
              <w:t>כתבה</w:t>
            </w:r>
          </w:p>
          <w:p>
            <w:pPr>
              <w:bidi w:val="1"/>
            </w:pPr>
            <w:r>
              <w:rPr>
                <w:rFonts w:ascii="Arial" w:hAnsi="Arial" w:cs="Arial"/>
                <w:b/>
                <w:color w:val="C2417A"/>
                <w:sz w:val="26"/>
                <w:rtl w:val="1"/>
                <w:szCs w:val="26"/>
                <w:bCs/>
              </w:rPr>
              <w:t>גור, נער והזדמנות שנייה</w:t>
            </w:r>
          </w:p>
          <w:p>
            <w:pPr>
              <w:bidi w:val="1"/>
            </w:pPr>
            <w:r>
              <w:rPr>
                <w:rFonts w:ascii="Arial" w:hAnsi="Arial" w:cs="Arial"/>
                <w:b/>
                <w:color w:val="5D5675"/>
                <w:sz w:val="26"/>
                <w:rtl w:val="1"/>
                <w:szCs w:val="26"/>
                <w:bCs/>
              </w:rPr>
              <w:t>בחווה קטנה בקצה העיר, בני נוער שהתקשו להתמיד במסגרות לומדים לגדל ולאלף כלבים שננטשו. מי מציל את מי?</w:t>
            </w:r>
          </w:p>
          <w:p>
            <w:pPr>
              <w:bidi w:val="1"/>
            </w:pPr>
            <w:r>
              <w:rPr>
                <w:rFonts w:ascii="Arial" w:hAnsi="Arial" w:cs="Arial"/>
                <w:b/>
                <w:color w:val="7A5BD6"/>
                <w:sz w:val="26"/>
                <w:rtl w:val="1"/>
                <w:szCs w:val="26"/>
                <w:bCs/>
              </w:rPr>
              <w:t xml:space="preserve">א.  </w:t>
            </w:r>
            <w:r>
              <w:rPr>
                <w:rFonts w:ascii="Arial" w:hAnsi="Arial" w:cs="Arial"/>
                <w:b w:val="0"/>
                <w:sz w:val="26"/>
                <w:rtl w:val="1"/>
                <w:szCs w:val="26"/>
              </w:rPr>
              <w:t>בחווה הקטנה, בין עצי אקליפטוס, נשמעות נביחות כבר מהשער. בתוך מכלאה רחבה, נערה בת 15 בשם רותם כורעת ליד כלבה רזה עם אוזן אחת עקומה. "היא נקראת לונה," היא מציגה. "כשהגיעה לפה, היא לא נתנה לאף אחד לגעת בה. עכשיו תראו." רותם מושיטה יד, ולונה מניחה עליה את הראש.</w:t>
            </w:r>
          </w:p>
          <w:p>
            <w:pPr>
              <w:bidi w:val="1"/>
            </w:pPr>
            <w:r>
              <w:rPr>
                <w:rFonts w:ascii="Arial" w:hAnsi="Arial" w:cs="Arial"/>
                <w:b/>
                <w:color w:val="7A5BD6"/>
                <w:sz w:val="26"/>
                <w:rtl w:val="1"/>
                <w:szCs w:val="26"/>
                <w:bCs/>
              </w:rPr>
              <w:t xml:space="preserve">ב.  </w:t>
            </w:r>
            <w:r>
              <w:rPr>
                <w:rFonts w:ascii="Arial" w:hAnsi="Arial" w:cs="Arial"/>
                <w:b w:val="0"/>
                <w:sz w:val="26"/>
                <w:rtl w:val="1"/>
                <w:szCs w:val="26"/>
              </w:rPr>
              <w:t>התוכנית פועלת כבר כמה שנים, בשיתוף בין עמותה לבעלי חיים לבין מרכז לנוער. משתתפים בה נערים ונערות שנשרו מבית הספר או שנמצאים בסיכון לנשירה. הם מגיעים לחווה שלוש פעמים בשבוע, וכל אחד מקבל כלב אחד מהמכלאה, שהוא אחראי עליו לאורך כל התוכנית: להאכיל, לנקות, לטייל, ובעיקר – לאלף.</w:t>
            </w:r>
          </w:p>
          <w:p>
            <w:pPr>
              <w:bidi w:val="1"/>
            </w:pPr>
            <w:r>
              <w:rPr>
                <w:rFonts w:ascii="Arial" w:hAnsi="Arial" w:cs="Arial"/>
                <w:b/>
                <w:color w:val="7A5BD6"/>
                <w:sz w:val="26"/>
                <w:rtl w:val="1"/>
                <w:szCs w:val="26"/>
                <w:bCs/>
              </w:rPr>
              <w:t xml:space="preserve">ג.  </w:t>
            </w:r>
            <w:r>
              <w:rPr>
                <w:rFonts w:ascii="Arial" w:hAnsi="Arial" w:cs="Arial"/>
                <w:b w:val="0"/>
                <w:sz w:val="26"/>
                <w:rtl w:val="1"/>
                <w:szCs w:val="26"/>
              </w:rPr>
              <w:t>"הכלבים האלה ננטשו," מסביר מאיר, המדריך הראשי. "רובם עברו התעללות או הזנחה, והם לא סומכים על בני אדם. כדי שכלב כזה ייתן בך אמון, אתה צריך להיות סבלני, עקבי ורגוע. אי אפשר לצעוק עליו, ואי אפשר לוותר עליו אחרי יום רע." הוא מחייך: "ומתברר שמי שלומד לבנות אמון אצל כלב, לומד גם משהו על עצמו."</w:t>
            </w:r>
          </w:p>
          <w:p>
            <w:pPr>
              <w:bidi w:val="1"/>
            </w:pPr>
            <w:r>
              <w:rPr>
                <w:rFonts w:ascii="Arial" w:hAnsi="Arial" w:cs="Arial"/>
                <w:b/>
                <w:color w:val="7A5BD6"/>
                <w:sz w:val="26"/>
                <w:rtl w:val="1"/>
                <w:szCs w:val="26"/>
                <w:bCs/>
              </w:rPr>
              <w:t xml:space="preserve">ד.  </w:t>
            </w:r>
            <w:r>
              <w:rPr>
                <w:rFonts w:ascii="Arial" w:hAnsi="Arial" w:cs="Arial"/>
                <w:b w:val="0"/>
                <w:sz w:val="26"/>
                <w:rtl w:val="1"/>
                <w:szCs w:val="26"/>
              </w:rPr>
              <w:t>רותם הגיעה לתוכנית אחרי שנה שבה כמעט לא הגיעה לבית הספר. "הרגשתי שכולם התייאשו ממני, אז גם אני התייאשתי," היא אומרת. "פה, אם אני לא מגיעה, לונה לא יוצאת לטיול. מישהו מחכה לי." בחודשים האחרונים היא חזרה ללמוד בבית ספר שמותאם לה, ומגיעה לחווה אחרי הלימודים.</w:t>
            </w:r>
          </w:p>
          <w:p>
            <w:pPr>
              <w:bidi w:val="1"/>
            </w:pPr>
            <w:r>
              <w:rPr>
                <w:rFonts w:ascii="Arial" w:hAnsi="Arial" w:cs="Arial"/>
                <w:b/>
                <w:color w:val="7A5BD6"/>
                <w:sz w:val="26"/>
                <w:rtl w:val="1"/>
                <w:szCs w:val="26"/>
                <w:bCs/>
              </w:rPr>
              <w:t xml:space="preserve">ה.  </w:t>
            </w:r>
            <w:r>
              <w:rPr>
                <w:rFonts w:ascii="Arial" w:hAnsi="Arial" w:cs="Arial"/>
                <w:b w:val="0"/>
                <w:sz w:val="26"/>
                <w:rtl w:val="1"/>
                <w:szCs w:val="26"/>
              </w:rPr>
              <w:t>חוקרים מכנים את השיטה "טיפול בסיוע בעלי חיים". לפי מחקרים, עבודה עם בעלי חיים יכולה להפחית מתח, לשפר את היכולת לשלוט ברגשות ולחזק את תחושת האחריות. אבל מאיר מזהיר מהגזמה: "הכלב הוא לא קסם. הוא דלת. את העבודה עושים הנערים, עם הצוות, עם המשפחות. הכלב רק עוזר להם להאמין שהם מסוגלים."</w:t>
            </w:r>
          </w:p>
        </w:tc>
      </w:tr>
    </w:tbl>
    <w:p>
      <w:pPr>
        <w:bidi w:val="1"/>
        <w:spacing w:after="40" w:before="0"/>
      </w:pPr>
    </w:p>
    <w:p>
      <w:pPr>
        <w:bidi w:val="1"/>
        <w:spacing w:after="40" w:before="0"/>
      </w:pPr>
      <w:r>
        <w:rPr>
          <w:rFonts w:ascii="Arial" w:hAnsi="Arial" w:cs="Arial"/>
          <w:b w:val="0"/>
          <w:color w:val="5D5675"/>
          <w:sz w:val="24"/>
          <w:rtl w:val="1"/>
          <w:szCs w:val="24"/>
        </w:rPr>
        <w:t>בגרסה זו מופיעות פסקאות נבחרות מן הטקסט (האותיות שומרות על המספור המקורי).</w:t>
      </w:r>
    </w:p>
    <w:p>
      <w:r>
        <w:br w:type="page"/>
      </w:r>
    </w:p>
    <w:p>
      <w:pPr>
        <w:pStyle w:val="Heading2"/>
        <w:bidi w:val="1"/>
      </w:pPr>
      <w:r>
        <w:rPr>
          <w:rFonts w:ascii="Arial" w:hAnsi="Arial" w:cs="Arial"/>
          <w:b/>
          <w:color w:val="2B8F86"/>
          <w:sz w:val="34"/>
          <w:rtl w:val="1"/>
          <w:szCs w:val="34"/>
          <w:bCs/>
        </w:rPr>
        <w:t>חלק א׳ – מוצאים בטקסט</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קראו את השאלה פעמיים. סמנו את מילת השאלה. הקיפו את התשובה הנכונה.</w:t>
            </w:r>
          </w:p>
        </w:tc>
      </w:tr>
    </w:tbl>
    <w:p>
      <w:pPr>
        <w:bidi w:val="1"/>
        <w:spacing w:after="40" w:before="0"/>
      </w:pPr>
    </w:p>
    <w:tbl>
      <w:tblPr>
        <w:tblW w:type="auto" w:w="0"/>
        <w:tblLook w:firstColumn="1" w:firstRow="1" w:lastColumn="0" w:lastRow="0" w:noHBand="0" w:noVBand="1" w:val="04A0"/>
        <w:bidiVisual/>
        <w:tblBorders>
          <w:top w:val="single" w:sz="6" w:color="E5A224"/>
          <w:left w:val="single" w:sz="6" w:color="E5A224"/>
          <w:bottom w:val="single" w:sz="6" w:color="E5A224"/>
          <w:right w:val="single" w:sz="6" w:color="E5A224"/>
          <w:insideH w:val="single" w:sz="6" w:color="E5A224"/>
          <w:insideV w:val="single" w:sz="6" w:color="E5A224"/>
        </w:tblBorders>
      </w:tblPr>
      <w:tblGrid>
        <w:gridCol w:w="10426"/>
      </w:tblGrid>
      <w:tr>
        <w:tc>
          <w:tcPr>
            <w:tcW w:type="dxa" w:w="10426"/>
            <w:shd w:val="clear" w:fill="FFFAF0"/>
          </w:tcPr>
          <w:p>
            <w:pPr>
              <w:bidi w:val="1"/>
            </w:pPr>
            <w:r>
              <w:rPr>
                <w:rFonts w:ascii="Arial" w:hAnsi="Arial" w:cs="Arial"/>
                <w:b/>
                <w:color w:val="A8650A"/>
                <w:sz w:val="27"/>
                <w:rtl w:val="1"/>
                <w:szCs w:val="27"/>
                <w:bCs/>
              </w:rPr>
              <w:t xml:space="preserve">🧺 מילים שיעזרו לי:   </w:t>
            </w:r>
            <w:r>
              <w:rPr>
                <w:rFonts w:ascii="Arial" w:hAnsi="Arial" w:cs="Arial"/>
                <w:b/>
                <w:sz w:val="27"/>
                <w:rtl w:val="1"/>
                <w:szCs w:val="27"/>
                <w:bCs/>
              </w:rPr>
              <w:t>לאלף     ננטשו     מכלאה     לנשור     עקבי     לאמץ</w:t>
            </w:r>
          </w:p>
        </w:tc>
      </w:tr>
    </w:tbl>
    <w:p>
      <w:pPr>
        <w:bidi w:val="1"/>
        <w:spacing w:after="40" w:before="0"/>
      </w:pPr>
    </w:p>
    <w:p>
      <w:pPr>
        <w:keepNext/>
        <w:bidi w:val="1"/>
        <w:spacing w:after="20" w:before="100"/>
      </w:pPr>
      <w:r>
        <w:rPr>
          <w:rFonts w:ascii="Arial" w:hAnsi="Arial" w:cs="Arial"/>
          <w:b/>
          <w:color w:val="C2417A"/>
          <w:sz w:val="27"/>
          <w:rtl w:val="1"/>
          <w:szCs w:val="27"/>
          <w:bCs/>
        </w:rPr>
        <w:t xml:space="preserve">1. </w:t>
      </w:r>
      <w:r>
        <w:rPr>
          <w:rFonts w:ascii="Arial" w:hAnsi="Arial" w:cs="Arial"/>
          <w:b/>
          <w:sz w:val="27"/>
          <w:rtl w:val="1"/>
          <w:szCs w:val="27"/>
          <w:bCs/>
        </w:rPr>
        <w:t>מה מהבאים הוא אחד התפקידים של המשתתפים?</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למכור את הכלבים</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לאלף את הכלב</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לצלם את הכלבים</w:t>
      </w:r>
    </w:p>
    <w:p>
      <w:pPr>
        <w:keepNext/>
        <w:bidi w:val="1"/>
        <w:spacing w:after="20" w:before="100"/>
      </w:pPr>
      <w:r>
        <w:rPr>
          <w:rFonts w:ascii="Arial" w:hAnsi="Arial" w:cs="Arial"/>
          <w:b/>
          <w:color w:val="C2417A"/>
          <w:sz w:val="27"/>
          <w:rtl w:val="1"/>
          <w:szCs w:val="27"/>
          <w:bCs/>
        </w:rPr>
        <w:t xml:space="preserve">2. </w:t>
      </w:r>
      <w:r>
        <w:rPr>
          <w:rFonts w:ascii="Arial" w:hAnsi="Arial" w:cs="Arial"/>
          <w:b/>
          <w:sz w:val="27"/>
          <w:rtl w:val="1"/>
          <w:szCs w:val="27"/>
          <w:bCs/>
        </w:rPr>
        <w:t>מה צריך כדי שכלב נטוש ייתן אמון, לפי מאיר?</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לצעוק עליו חזק</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סבלנות, עקביות ורוגע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לתת לו הרבה ממתקים</w:t>
      </w:r>
    </w:p>
    <w:p>
      <w:pPr>
        <w:pStyle w:val="Heading2"/>
        <w:bidi w:val="1"/>
      </w:pPr>
      <w:r>
        <w:rPr>
          <w:rFonts w:ascii="Arial" w:hAnsi="Arial" w:cs="Arial"/>
          <w:b/>
          <w:color w:val="2B8F86"/>
          <w:sz w:val="34"/>
          <w:rtl w:val="1"/>
          <w:szCs w:val="34"/>
          <w:bCs/>
        </w:rPr>
        <w:t>חלק ב׳ – חושבים ומבינים</w:t>
      </w:r>
    </w:p>
    <w:p>
      <w:pPr>
        <w:keepNext/>
        <w:bidi w:val="1"/>
        <w:spacing w:after="20" w:before="100"/>
      </w:pPr>
      <w:r>
        <w:rPr>
          <w:rFonts w:ascii="Arial" w:hAnsi="Arial" w:cs="Arial"/>
          <w:b/>
          <w:color w:val="C2417A"/>
          <w:sz w:val="27"/>
          <w:rtl w:val="1"/>
          <w:szCs w:val="27"/>
          <w:bCs/>
        </w:rPr>
        <w:t xml:space="preserve">3. </w:t>
      </w:r>
      <w:r>
        <w:rPr>
          <w:rFonts w:ascii="Arial" w:hAnsi="Arial" w:cs="Arial"/>
          <w:b/>
          <w:sz w:val="27"/>
          <w:rtl w:val="1"/>
          <w:szCs w:val="27"/>
          <w:bCs/>
        </w:rPr>
        <w:t>מה ניתן להסיק מדברי רותם "מישהו מחכה לי" על הסיבה שהתוכנית עוזרת לה?</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התוכנית עוזרת לרותם כי… 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keepNext/>
        <w:bidi w:val="1"/>
        <w:spacing w:after="20" w:before="100"/>
      </w:pPr>
      <w:r>
        <w:rPr>
          <w:rFonts w:ascii="Arial" w:hAnsi="Arial" w:cs="Arial"/>
          <w:b/>
          <w:color w:val="C2417A"/>
          <w:sz w:val="27"/>
          <w:rtl w:val="1"/>
          <w:szCs w:val="27"/>
          <w:bCs/>
        </w:rPr>
        <w:t xml:space="preserve">4. </w:t>
      </w:r>
      <w:r>
        <w:rPr>
          <w:rFonts w:ascii="Arial" w:hAnsi="Arial" w:cs="Arial"/>
          <w:b/>
          <w:sz w:val="27"/>
          <w:rtl w:val="1"/>
          <w:szCs w:val="27"/>
          <w:bCs/>
        </w:rPr>
        <w:t>מאיר אומר: "הכלב הוא לא קסם. הוא דלת." הסבירו את הדימוי.</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הכלב הוא כמו דלת כי… 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pStyle w:val="Heading2"/>
        <w:bidi w:val="1"/>
      </w:pPr>
      <w:r>
        <w:rPr>
          <w:rFonts w:ascii="Arial" w:hAnsi="Arial" w:cs="Arial"/>
          <w:b/>
          <w:color w:val="2B8F86"/>
          <w:sz w:val="34"/>
          <w:rtl w:val="1"/>
          <w:szCs w:val="34"/>
          <w:bCs/>
        </w:rPr>
        <w:t>חלק ג׳ – מה דעתי?</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יש הטוענים שתוכניות כאלה צריכות להיות חלק קבוע בכל בית ספר, כי עבודה עם בעלי חיים עוזרת לתלמידים רבים. אחרים טוענים שעדיף להשקיע בתמיכה לימודית ורגשית ישירה, ושהטיפול בבעלי חיים מתאים רק למעטים.</w:t>
            </w:r>
          </w:p>
        </w:tc>
      </w:tr>
    </w:tbl>
    <w:p>
      <w:pPr>
        <w:bidi w:val="1"/>
        <w:spacing w:after="40" w:before="0"/>
      </w:pPr>
    </w:p>
    <w:p>
      <w:pPr>
        <w:keepNext/>
        <w:bidi w:val="1"/>
        <w:spacing w:after="20" w:before="100"/>
      </w:pPr>
      <w:r>
        <w:rPr>
          <w:rFonts w:ascii="Arial" w:hAnsi="Arial" w:cs="Arial"/>
          <w:b/>
          <w:color w:val="C2417A"/>
          <w:sz w:val="27"/>
          <w:rtl w:val="1"/>
          <w:szCs w:val="27"/>
          <w:bCs/>
        </w:rPr>
        <w:t xml:space="preserve">5. </w:t>
      </w:r>
      <w:r>
        <w:rPr>
          <w:rFonts w:ascii="Arial" w:hAnsi="Arial" w:cs="Arial"/>
          <w:b/>
          <w:sz w:val="27"/>
          <w:rtl w:val="1"/>
          <w:szCs w:val="27"/>
          <w:bCs/>
        </w:rPr>
        <w:t>באיזו עמדה אתם תומכים? כתבו נימוק אחד.</w:t>
      </w:r>
      <w:r>
        <w:rPr>
          <w:rFonts w:ascii="Arial" w:hAnsi="Arial" w:cs="Arial"/>
          <w:b w:val="0"/>
          <w:color w:val="7A7392"/>
          <w:sz w:val="22"/>
          <w:rtl w:val="1"/>
          <w:szCs w:val="22"/>
        </w:rPr>
        <w:t xml:space="preserve">  💭 טיעון ועמדה</w:t>
      </w:r>
    </w:p>
    <w:p>
      <w:pPr>
        <w:bidi w:val="1"/>
        <w:spacing w:after="40" w:before="0"/>
      </w:pPr>
      <w:r>
        <w:rPr>
          <w:rFonts w:ascii="Arial" w:hAnsi="Arial" w:cs="Arial"/>
          <w:b w:val="0"/>
          <w:sz w:val="25"/>
          <w:rtl w:val="1"/>
          <w:szCs w:val="25"/>
        </w:rPr>
        <w:t>☐ אני מסכים/ה עם הצד הראשון    ☐ אני מסכים/ה עם הצד השני</w:t>
      </w:r>
    </w:p>
    <w:p>
      <w:pPr>
        <w:bidi w:val="1"/>
        <w:spacing w:after="40" w:before="0"/>
      </w:pPr>
      <w:r>
        <w:rPr>
          <w:rFonts w:ascii="Arial" w:hAnsi="Arial" w:cs="Arial"/>
          <w:b w:val="0"/>
          <w:sz w:val="25"/>
          <w:rtl w:val="1"/>
          <w:szCs w:val="25"/>
        </w:rPr>
        <w:t>אני תומך/ת בעמדה ש… כי… 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תזכורת: עמדה (מה אני חושב/ת) + נימוק (כי…) + דוגמה.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7"/>
                <w:rtl w:val="1"/>
                <w:szCs w:val="27"/>
              </w:rPr>
              <w:t xml:space="preserve">1. מילה חדשה שלמדתי: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 xml:space="preserve">2. משפט אחד על הטקסט: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טקסט 19 · גור, נער והזדמנות שנייה · חנ״מ</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7"/>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טקסט 19 · גור, נער והזדמנות שנייה · חנ״מ</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